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3E931" w14:textId="04992F7F" w:rsidR="00607241" w:rsidRPr="009F2B66" w:rsidRDefault="0011777B" w:rsidP="00021495">
      <w:pPr>
        <w:spacing w:after="0" w:line="360" w:lineRule="auto"/>
        <w:rPr>
          <w:sz w:val="24"/>
          <w:szCs w:val="24"/>
        </w:rPr>
      </w:pPr>
      <w:r w:rsidRPr="009F2B66">
        <w:rPr>
          <w:rFonts w:cs="Times New Roman"/>
          <w:noProof/>
          <w:sz w:val="24"/>
          <w:szCs w:val="24"/>
        </w:rPr>
        <w:drawing>
          <wp:inline distT="0" distB="0" distL="0" distR="0" wp14:anchorId="4A4B939C" wp14:editId="506A984B">
            <wp:extent cx="2276475" cy="841654"/>
            <wp:effectExtent l="0" t="0" r="0" b="0"/>
            <wp:docPr id="1" name="Picture 1" descr="New PIM Logo-B&amp;W-Compo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PIM Logo-B&amp;W-Composi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640" cy="844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5DB36" w14:textId="77777777" w:rsidR="00607241" w:rsidRPr="009F2B66" w:rsidRDefault="00000000" w:rsidP="00021495">
      <w:pPr>
        <w:spacing w:after="0" w:line="360" w:lineRule="auto"/>
        <w:jc w:val="center"/>
        <w:rPr>
          <w:sz w:val="24"/>
          <w:szCs w:val="24"/>
        </w:rPr>
      </w:pPr>
      <w:r w:rsidRPr="009F2B66">
        <w:rPr>
          <w:b/>
          <w:sz w:val="24"/>
          <w:szCs w:val="24"/>
        </w:rPr>
        <w:t>APPLICATION FOR THE POST OF DIRECTOR</w:t>
      </w:r>
    </w:p>
    <w:p w14:paraId="6B8F9C87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1. PERSONAL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8"/>
        <w:gridCol w:w="2128"/>
        <w:gridCol w:w="2191"/>
        <w:gridCol w:w="3555"/>
      </w:tblGrid>
      <w:tr w:rsidR="00607241" w:rsidRPr="009F2B66" w14:paraId="2C560C05" w14:textId="77777777" w:rsidTr="0011777B">
        <w:trPr>
          <w:cantSplit/>
          <w:jc w:val="center"/>
        </w:trPr>
        <w:tc>
          <w:tcPr>
            <w:tcW w:w="29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4C945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1.1 Full Name</w:t>
            </w:r>
          </w:p>
        </w:tc>
        <w:tc>
          <w:tcPr>
            <w:tcW w:w="612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A615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4C5EEB66" w14:textId="77777777" w:rsidTr="0011777B">
        <w:trPr>
          <w:cantSplit/>
          <w:jc w:val="center"/>
        </w:trPr>
        <w:tc>
          <w:tcPr>
            <w:tcW w:w="29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AE781" w14:textId="77777777" w:rsidR="00607241" w:rsidRDefault="00000000" w:rsidP="00021495">
            <w:pPr>
              <w:spacing w:line="360" w:lineRule="auto"/>
              <w:rPr>
                <w:b/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1.2 Name with Initials</w:t>
            </w:r>
          </w:p>
          <w:p w14:paraId="7C17F07B" w14:textId="385249F7" w:rsidR="009F2B66" w:rsidRPr="009F2B66" w:rsidRDefault="009F2B66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Prof./Dr./</w:t>
            </w:r>
            <w:r w:rsidRPr="009F2B66">
              <w:rPr>
                <w:sz w:val="24"/>
                <w:szCs w:val="24"/>
              </w:rPr>
              <w:t>Mr</w:t>
            </w:r>
            <w:r>
              <w:rPr>
                <w:sz w:val="24"/>
                <w:szCs w:val="24"/>
              </w:rPr>
              <w:t>.</w:t>
            </w:r>
            <w:r w:rsidRPr="009F2B66">
              <w:rPr>
                <w:sz w:val="24"/>
                <w:szCs w:val="24"/>
              </w:rPr>
              <w:t>/Mrs</w:t>
            </w:r>
            <w:r>
              <w:rPr>
                <w:sz w:val="24"/>
                <w:szCs w:val="24"/>
              </w:rPr>
              <w:t>.</w:t>
            </w:r>
            <w:r w:rsidRPr="009F2B66">
              <w:rPr>
                <w:sz w:val="24"/>
                <w:szCs w:val="24"/>
              </w:rPr>
              <w:t>/Miss</w:t>
            </w:r>
            <w:r>
              <w:rPr>
                <w:sz w:val="24"/>
                <w:szCs w:val="24"/>
              </w:rPr>
              <w:t>.</w:t>
            </w:r>
            <w:r w:rsidRPr="009F2B66">
              <w:rPr>
                <w:sz w:val="24"/>
                <w:szCs w:val="24"/>
              </w:rPr>
              <w:t>)</w:t>
            </w:r>
          </w:p>
        </w:tc>
        <w:tc>
          <w:tcPr>
            <w:tcW w:w="612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1A8A1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77DE0944" w14:textId="77777777" w:rsidTr="0011777B">
        <w:trPr>
          <w:cantSplit/>
          <w:jc w:val="center"/>
        </w:trPr>
        <w:tc>
          <w:tcPr>
            <w:tcW w:w="29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989C2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1.3 National Identity Card No.</w:t>
            </w:r>
          </w:p>
        </w:tc>
        <w:tc>
          <w:tcPr>
            <w:tcW w:w="612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6D24A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5EDBCF78" w14:textId="77777777" w:rsidTr="0011777B">
        <w:trPr>
          <w:cantSplit/>
          <w:jc w:val="center"/>
        </w:trPr>
        <w:tc>
          <w:tcPr>
            <w:tcW w:w="29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6723D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1.4 Date of Birth</w:t>
            </w:r>
          </w:p>
        </w:tc>
        <w:tc>
          <w:tcPr>
            <w:tcW w:w="612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948D5" w14:textId="63DB4BDD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Day: _________ Month: _________</w:t>
            </w:r>
            <w:proofErr w:type="gramStart"/>
            <w:r w:rsidRPr="009F2B66">
              <w:rPr>
                <w:sz w:val="24"/>
                <w:szCs w:val="24"/>
              </w:rPr>
              <w:t>_  Year</w:t>
            </w:r>
            <w:proofErr w:type="gramEnd"/>
            <w:r w:rsidRPr="009F2B66">
              <w:rPr>
                <w:sz w:val="24"/>
                <w:szCs w:val="24"/>
              </w:rPr>
              <w:t>: _________</w:t>
            </w:r>
          </w:p>
        </w:tc>
      </w:tr>
      <w:tr w:rsidR="00607241" w:rsidRPr="009F2B66" w14:paraId="099C3D33" w14:textId="77777777" w:rsidTr="0011777B">
        <w:trPr>
          <w:cantSplit/>
          <w:jc w:val="center"/>
        </w:trPr>
        <w:tc>
          <w:tcPr>
            <w:tcW w:w="29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3225C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1.5 Age as at 30.10.2026</w:t>
            </w:r>
          </w:p>
        </w:tc>
        <w:tc>
          <w:tcPr>
            <w:tcW w:w="612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9EF40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9F2B66">
              <w:rPr>
                <w:sz w:val="24"/>
                <w:szCs w:val="24"/>
              </w:rPr>
              <w:t>Years: _</w:t>
            </w:r>
            <w:proofErr w:type="gramEnd"/>
            <w:r w:rsidRPr="009F2B66">
              <w:rPr>
                <w:sz w:val="24"/>
                <w:szCs w:val="24"/>
              </w:rPr>
              <w:t>____</w:t>
            </w:r>
            <w:proofErr w:type="gramStart"/>
            <w:r w:rsidRPr="009F2B66">
              <w:rPr>
                <w:sz w:val="24"/>
                <w:szCs w:val="24"/>
              </w:rPr>
              <w:t>_  Months</w:t>
            </w:r>
            <w:proofErr w:type="gramEnd"/>
            <w:r w:rsidRPr="009F2B66">
              <w:rPr>
                <w:sz w:val="24"/>
                <w:szCs w:val="24"/>
              </w:rPr>
              <w:t>: _____</w:t>
            </w:r>
            <w:proofErr w:type="gramStart"/>
            <w:r w:rsidRPr="009F2B66">
              <w:rPr>
                <w:sz w:val="24"/>
                <w:szCs w:val="24"/>
              </w:rPr>
              <w:t>_  Days: __</w:t>
            </w:r>
            <w:proofErr w:type="gramEnd"/>
            <w:r w:rsidRPr="009F2B66">
              <w:rPr>
                <w:sz w:val="24"/>
                <w:szCs w:val="24"/>
              </w:rPr>
              <w:t>____</w:t>
            </w:r>
          </w:p>
        </w:tc>
      </w:tr>
      <w:tr w:rsidR="00607241" w:rsidRPr="009F2B66" w14:paraId="1EF4B566" w14:textId="77777777" w:rsidTr="0011777B">
        <w:trPr>
          <w:cantSplit/>
          <w:jc w:val="center"/>
        </w:trPr>
        <w:tc>
          <w:tcPr>
            <w:tcW w:w="29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483ED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1.6 Nationality</w:t>
            </w:r>
          </w:p>
        </w:tc>
        <w:tc>
          <w:tcPr>
            <w:tcW w:w="612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5EFF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0BE65049" w14:textId="77777777" w:rsidTr="0011777B">
        <w:trPr>
          <w:cantSplit/>
          <w:jc w:val="center"/>
        </w:trPr>
        <w:tc>
          <w:tcPr>
            <w:tcW w:w="29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FC087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1.7 Permanent Address</w:t>
            </w:r>
          </w:p>
        </w:tc>
        <w:tc>
          <w:tcPr>
            <w:tcW w:w="612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9D6E8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br/>
            </w:r>
            <w:r w:rsidRPr="009F2B66">
              <w:rPr>
                <w:sz w:val="24"/>
                <w:szCs w:val="24"/>
              </w:rPr>
              <w:br/>
            </w:r>
          </w:p>
        </w:tc>
      </w:tr>
      <w:tr w:rsidR="00607241" w:rsidRPr="009F2B66" w14:paraId="6218C02B" w14:textId="77777777" w:rsidTr="0011777B">
        <w:trPr>
          <w:cantSplit/>
          <w:jc w:val="center"/>
        </w:trPr>
        <w:tc>
          <w:tcPr>
            <w:tcW w:w="294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2B75F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1.8 Address for Correspondence</w:t>
            </w:r>
          </w:p>
        </w:tc>
        <w:tc>
          <w:tcPr>
            <w:tcW w:w="612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1697E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br/>
            </w:r>
            <w:r w:rsidRPr="009F2B66">
              <w:rPr>
                <w:sz w:val="24"/>
                <w:szCs w:val="24"/>
              </w:rPr>
              <w:br/>
            </w:r>
          </w:p>
        </w:tc>
      </w:tr>
      <w:tr w:rsidR="00607241" w:rsidRPr="009F2B66" w14:paraId="061607DE" w14:textId="77777777" w:rsidTr="0011777B">
        <w:trPr>
          <w:cantSplit/>
          <w:jc w:val="center"/>
        </w:trPr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110B4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Telephone – Office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AB67C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79EDF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Mobile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6931A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006AE694" w14:textId="77777777" w:rsidTr="0011777B">
        <w:trPr>
          <w:cantSplit/>
          <w:jc w:val="center"/>
        </w:trPr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884B3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E-mail Address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79196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8D0B5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Alternative E-mail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B5F7C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E5392AB" w14:textId="77777777" w:rsidR="00021495" w:rsidRPr="009F2B66" w:rsidRDefault="00021495" w:rsidP="00021495">
      <w:pPr>
        <w:spacing w:after="0" w:line="360" w:lineRule="auto"/>
        <w:rPr>
          <w:b/>
          <w:sz w:val="24"/>
          <w:szCs w:val="24"/>
        </w:rPr>
      </w:pPr>
    </w:p>
    <w:p w14:paraId="201C6222" w14:textId="68995B61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2. PRESENT EMPLOYMENT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45"/>
        <w:gridCol w:w="6123"/>
      </w:tblGrid>
      <w:tr w:rsidR="00607241" w:rsidRPr="009F2B66" w14:paraId="064C4084" w14:textId="77777777" w:rsidTr="0011777B">
        <w:trPr>
          <w:cantSplit/>
          <w:jc w:val="center"/>
        </w:trPr>
        <w:tc>
          <w:tcPr>
            <w:tcW w:w="39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D65D3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2.1 Present Designation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85330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341A3583" w14:textId="77777777" w:rsidTr="0011777B">
        <w:trPr>
          <w:cantSplit/>
          <w:jc w:val="center"/>
        </w:trPr>
        <w:tc>
          <w:tcPr>
            <w:tcW w:w="39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3C6E5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2.2 Institution / Organization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208D9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7BAF0DF0" w14:textId="77777777" w:rsidTr="0011777B">
        <w:trPr>
          <w:cantSplit/>
          <w:jc w:val="center"/>
        </w:trPr>
        <w:tc>
          <w:tcPr>
            <w:tcW w:w="39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15E1F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2.5 Nature of Appointment</w:t>
            </w:r>
          </w:p>
        </w:tc>
        <w:tc>
          <w:tcPr>
            <w:tcW w:w="612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4C6E4" w14:textId="77777777" w:rsidR="00607241" w:rsidRPr="009F2B66" w:rsidRDefault="00000000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 Permanent    ☐ Contract    ☐ Other: __________________</w:t>
            </w:r>
          </w:p>
        </w:tc>
      </w:tr>
    </w:tbl>
    <w:p w14:paraId="15295E5D" w14:textId="77777777" w:rsidR="002F4972" w:rsidRDefault="002F4972" w:rsidP="00021495">
      <w:pPr>
        <w:spacing w:after="0" w:line="360" w:lineRule="auto"/>
        <w:rPr>
          <w:b/>
          <w:sz w:val="24"/>
          <w:szCs w:val="24"/>
        </w:rPr>
      </w:pPr>
    </w:p>
    <w:p w14:paraId="3271BD81" w14:textId="6EFA58B1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lastRenderedPageBreak/>
        <w:t>3. ACADEMIC AND PROFESSIONAL QUALIFICATIONS</w:t>
      </w:r>
    </w:p>
    <w:p w14:paraId="507FD574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List qualifications commencing with the highest qualification. Attach certified copies.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3179"/>
        <w:gridCol w:w="1701"/>
        <w:gridCol w:w="2268"/>
        <w:gridCol w:w="1134"/>
        <w:gridCol w:w="1247"/>
      </w:tblGrid>
      <w:tr w:rsidR="00607241" w:rsidRPr="009F2B66" w14:paraId="50BFC7E2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532CA9F1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3179" w:type="dxa"/>
            <w:vAlign w:val="center"/>
          </w:tcPr>
          <w:p w14:paraId="7380647B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Qualification</w:t>
            </w:r>
          </w:p>
        </w:tc>
        <w:tc>
          <w:tcPr>
            <w:tcW w:w="1701" w:type="dxa"/>
            <w:vAlign w:val="center"/>
          </w:tcPr>
          <w:p w14:paraId="1F9BAC09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Field / Specialization</w:t>
            </w:r>
          </w:p>
        </w:tc>
        <w:tc>
          <w:tcPr>
            <w:tcW w:w="2268" w:type="dxa"/>
            <w:vAlign w:val="center"/>
          </w:tcPr>
          <w:p w14:paraId="322397BB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University / Institution</w:t>
            </w:r>
          </w:p>
        </w:tc>
        <w:tc>
          <w:tcPr>
            <w:tcW w:w="1134" w:type="dxa"/>
            <w:vAlign w:val="center"/>
          </w:tcPr>
          <w:p w14:paraId="1A80BF32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1247" w:type="dxa"/>
            <w:vAlign w:val="center"/>
          </w:tcPr>
          <w:p w14:paraId="5833A7F8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Class / Grade</w:t>
            </w:r>
          </w:p>
        </w:tc>
      </w:tr>
      <w:tr w:rsidR="00607241" w:rsidRPr="009F2B66" w14:paraId="02893769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68640D6E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1</w:t>
            </w:r>
          </w:p>
        </w:tc>
        <w:tc>
          <w:tcPr>
            <w:tcW w:w="3179" w:type="dxa"/>
            <w:vAlign w:val="center"/>
          </w:tcPr>
          <w:p w14:paraId="6164171E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D7B1CA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C6EB3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BF741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3CD64105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07DAD8E8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651F5B68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2</w:t>
            </w:r>
          </w:p>
        </w:tc>
        <w:tc>
          <w:tcPr>
            <w:tcW w:w="3179" w:type="dxa"/>
            <w:vAlign w:val="center"/>
          </w:tcPr>
          <w:p w14:paraId="7F02A1AF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01C5EA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1267EB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2967E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E83F856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6590E67C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71BFF1B4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3</w:t>
            </w:r>
          </w:p>
        </w:tc>
        <w:tc>
          <w:tcPr>
            <w:tcW w:w="3179" w:type="dxa"/>
            <w:vAlign w:val="center"/>
          </w:tcPr>
          <w:p w14:paraId="6BA873C9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6EC75A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E29FB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16D98B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0A49911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33546A42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02E6FD90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4</w:t>
            </w:r>
          </w:p>
        </w:tc>
        <w:tc>
          <w:tcPr>
            <w:tcW w:w="3179" w:type="dxa"/>
            <w:vAlign w:val="center"/>
          </w:tcPr>
          <w:p w14:paraId="729A40F8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BB6B20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096CF1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3A50384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C8487A3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0520C8E6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487D2B23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5</w:t>
            </w:r>
          </w:p>
        </w:tc>
        <w:tc>
          <w:tcPr>
            <w:tcW w:w="3179" w:type="dxa"/>
            <w:vAlign w:val="center"/>
          </w:tcPr>
          <w:p w14:paraId="04ECAA4C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4DCB2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774AB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7A4D7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6FB6364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18868090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55C7E3AA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6</w:t>
            </w:r>
          </w:p>
        </w:tc>
        <w:tc>
          <w:tcPr>
            <w:tcW w:w="3179" w:type="dxa"/>
            <w:vAlign w:val="center"/>
          </w:tcPr>
          <w:p w14:paraId="7075CED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8DF9E1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B827D8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2DD741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34BB826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6323D103" w14:textId="77777777" w:rsidR="00021495" w:rsidRPr="009F2B66" w:rsidRDefault="00021495" w:rsidP="00021495">
      <w:pPr>
        <w:spacing w:after="0" w:line="360" w:lineRule="auto"/>
        <w:rPr>
          <w:b/>
          <w:sz w:val="24"/>
          <w:szCs w:val="24"/>
        </w:rPr>
      </w:pPr>
    </w:p>
    <w:p w14:paraId="7AFED14D" w14:textId="472EA2AE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4. ACADEMIC EXPERIENCE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2753"/>
        <w:gridCol w:w="1701"/>
        <w:gridCol w:w="1020"/>
        <w:gridCol w:w="1020"/>
        <w:gridCol w:w="3061"/>
      </w:tblGrid>
      <w:tr w:rsidR="00607241" w:rsidRPr="009F2B66" w14:paraId="54AAF31E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1CB071A2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2753" w:type="dxa"/>
            <w:vAlign w:val="center"/>
          </w:tcPr>
          <w:p w14:paraId="380414AA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Institution</w:t>
            </w:r>
          </w:p>
        </w:tc>
        <w:tc>
          <w:tcPr>
            <w:tcW w:w="1701" w:type="dxa"/>
            <w:vAlign w:val="center"/>
          </w:tcPr>
          <w:p w14:paraId="0F999C2C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Position Held</w:t>
            </w:r>
          </w:p>
        </w:tc>
        <w:tc>
          <w:tcPr>
            <w:tcW w:w="1020" w:type="dxa"/>
            <w:vAlign w:val="center"/>
          </w:tcPr>
          <w:p w14:paraId="1308F25E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From</w:t>
            </w:r>
          </w:p>
        </w:tc>
        <w:tc>
          <w:tcPr>
            <w:tcW w:w="1020" w:type="dxa"/>
            <w:vAlign w:val="center"/>
          </w:tcPr>
          <w:p w14:paraId="5946C455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To</w:t>
            </w:r>
          </w:p>
        </w:tc>
        <w:tc>
          <w:tcPr>
            <w:tcW w:w="3061" w:type="dxa"/>
            <w:vAlign w:val="center"/>
          </w:tcPr>
          <w:p w14:paraId="0AE6D5F6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Main Responsibilities</w:t>
            </w:r>
          </w:p>
        </w:tc>
      </w:tr>
      <w:tr w:rsidR="00607241" w:rsidRPr="009F2B66" w14:paraId="0FEE7806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3D3D9AF1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1</w:t>
            </w:r>
          </w:p>
        </w:tc>
        <w:tc>
          <w:tcPr>
            <w:tcW w:w="2753" w:type="dxa"/>
            <w:vAlign w:val="center"/>
          </w:tcPr>
          <w:p w14:paraId="7F6DEF9B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78E0844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5EDFF563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50D5CB41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34E352DB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676EA0BB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4A7F3733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2</w:t>
            </w:r>
          </w:p>
        </w:tc>
        <w:tc>
          <w:tcPr>
            <w:tcW w:w="2753" w:type="dxa"/>
            <w:vAlign w:val="center"/>
          </w:tcPr>
          <w:p w14:paraId="0D758223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0E2DB0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AFBA2E2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52A4B24F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1359646F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3D81A287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1A191ECC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3</w:t>
            </w:r>
          </w:p>
        </w:tc>
        <w:tc>
          <w:tcPr>
            <w:tcW w:w="2753" w:type="dxa"/>
            <w:vAlign w:val="center"/>
          </w:tcPr>
          <w:p w14:paraId="50BF2B0F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E3CC12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4E189E69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2182141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164A5A94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3F7F2FE1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3144E8D0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4</w:t>
            </w:r>
          </w:p>
        </w:tc>
        <w:tc>
          <w:tcPr>
            <w:tcW w:w="2753" w:type="dxa"/>
            <w:vAlign w:val="center"/>
          </w:tcPr>
          <w:p w14:paraId="3BA45040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A7752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18471598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7A141E50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70DBE8CF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032B08AC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0D5CAD1F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5</w:t>
            </w:r>
          </w:p>
        </w:tc>
        <w:tc>
          <w:tcPr>
            <w:tcW w:w="2753" w:type="dxa"/>
            <w:vAlign w:val="center"/>
          </w:tcPr>
          <w:p w14:paraId="376A44B2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DA309E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0787C99C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7F4E1F9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731EE458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0A64A6D7" w14:textId="77777777" w:rsidTr="0011777B">
        <w:trPr>
          <w:cantSplit/>
          <w:jc w:val="center"/>
        </w:trPr>
        <w:tc>
          <w:tcPr>
            <w:tcW w:w="511" w:type="dxa"/>
            <w:vAlign w:val="center"/>
          </w:tcPr>
          <w:p w14:paraId="24F855F9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6</w:t>
            </w:r>
          </w:p>
        </w:tc>
        <w:tc>
          <w:tcPr>
            <w:tcW w:w="2753" w:type="dxa"/>
            <w:vAlign w:val="center"/>
          </w:tcPr>
          <w:p w14:paraId="660700BB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B3FD85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5511AD42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2230A3EE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3F0DAAF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2528728B" w14:textId="77777777" w:rsidR="00021495" w:rsidRPr="009F2B66" w:rsidRDefault="00021495" w:rsidP="00021495">
      <w:pPr>
        <w:spacing w:after="0" w:line="360" w:lineRule="auto"/>
        <w:rPr>
          <w:b/>
          <w:sz w:val="24"/>
          <w:szCs w:val="24"/>
        </w:rPr>
      </w:pPr>
    </w:p>
    <w:p w14:paraId="5261492A" w14:textId="70165E31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5. ADMINISTRATIVE, MANAGEMENT AND LEADERSHIP EXPERIENCE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2753"/>
        <w:gridCol w:w="1701"/>
        <w:gridCol w:w="1020"/>
        <w:gridCol w:w="1020"/>
        <w:gridCol w:w="3061"/>
      </w:tblGrid>
      <w:tr w:rsidR="00607241" w:rsidRPr="009F2B66" w14:paraId="478C3901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7940BFE6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2753" w:type="dxa"/>
            <w:vAlign w:val="center"/>
          </w:tcPr>
          <w:p w14:paraId="440ECD1F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Institution</w:t>
            </w:r>
          </w:p>
        </w:tc>
        <w:tc>
          <w:tcPr>
            <w:tcW w:w="1701" w:type="dxa"/>
            <w:vAlign w:val="center"/>
          </w:tcPr>
          <w:p w14:paraId="06DFEDC4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Position Held</w:t>
            </w:r>
          </w:p>
        </w:tc>
        <w:tc>
          <w:tcPr>
            <w:tcW w:w="1020" w:type="dxa"/>
            <w:vAlign w:val="center"/>
          </w:tcPr>
          <w:p w14:paraId="57B120F7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From</w:t>
            </w:r>
          </w:p>
        </w:tc>
        <w:tc>
          <w:tcPr>
            <w:tcW w:w="1020" w:type="dxa"/>
            <w:vAlign w:val="center"/>
          </w:tcPr>
          <w:p w14:paraId="414A7660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To</w:t>
            </w:r>
          </w:p>
        </w:tc>
        <w:tc>
          <w:tcPr>
            <w:tcW w:w="3061" w:type="dxa"/>
            <w:vAlign w:val="center"/>
          </w:tcPr>
          <w:p w14:paraId="60AC2820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Main Responsibilities / Achievements</w:t>
            </w:r>
          </w:p>
        </w:tc>
      </w:tr>
      <w:tr w:rsidR="00607241" w:rsidRPr="009F2B66" w14:paraId="6C65A753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6973ABFC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1</w:t>
            </w:r>
          </w:p>
        </w:tc>
        <w:tc>
          <w:tcPr>
            <w:tcW w:w="2753" w:type="dxa"/>
            <w:vAlign w:val="center"/>
          </w:tcPr>
          <w:p w14:paraId="1599CD79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6C5626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7F31DCAC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36EBAFC4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0AC2C0A8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24C730FB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12D10122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2</w:t>
            </w:r>
          </w:p>
        </w:tc>
        <w:tc>
          <w:tcPr>
            <w:tcW w:w="2753" w:type="dxa"/>
            <w:vAlign w:val="center"/>
          </w:tcPr>
          <w:p w14:paraId="77253111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D85076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4D939F4D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33531E0C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16B47A5E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503F549D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08AED5F1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3</w:t>
            </w:r>
          </w:p>
        </w:tc>
        <w:tc>
          <w:tcPr>
            <w:tcW w:w="2753" w:type="dxa"/>
            <w:vAlign w:val="center"/>
          </w:tcPr>
          <w:p w14:paraId="3652405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7B0F84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80F007C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22928478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69F0A6E3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51BC4A6F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289DF86F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4</w:t>
            </w:r>
          </w:p>
        </w:tc>
        <w:tc>
          <w:tcPr>
            <w:tcW w:w="2753" w:type="dxa"/>
            <w:vAlign w:val="center"/>
          </w:tcPr>
          <w:p w14:paraId="4F50754B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B09636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7D7F78E5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1E4DDCE2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2C1F8EF6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6871DF99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3F8060B6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5</w:t>
            </w:r>
          </w:p>
        </w:tc>
        <w:tc>
          <w:tcPr>
            <w:tcW w:w="2753" w:type="dxa"/>
            <w:vAlign w:val="center"/>
          </w:tcPr>
          <w:p w14:paraId="3B0AFE88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D38E22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2008950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49A0AF88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347ADCB5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07241" w:rsidRPr="009F2B66" w14:paraId="46DCB865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739BD43C" w14:textId="77777777" w:rsidR="00607241" w:rsidRPr="009F2B66" w:rsidRDefault="00000000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6</w:t>
            </w:r>
          </w:p>
        </w:tc>
        <w:tc>
          <w:tcPr>
            <w:tcW w:w="2753" w:type="dxa"/>
            <w:vAlign w:val="center"/>
          </w:tcPr>
          <w:p w14:paraId="3C29F1F7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34676C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5707A24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270AA41A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5E4637EF" w14:textId="77777777" w:rsidR="00607241" w:rsidRPr="009F2B66" w:rsidRDefault="00607241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F4972" w:rsidRPr="009F2B66" w14:paraId="6E1F2698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0807C407" w14:textId="20CC68B9" w:rsidR="002F4972" w:rsidRPr="009F2B66" w:rsidRDefault="002F4972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53" w:type="dxa"/>
            <w:vAlign w:val="center"/>
          </w:tcPr>
          <w:p w14:paraId="2CF7F3F2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56559E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E1F6BE8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467B977F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0E6FB27D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F4972" w:rsidRPr="009F2B66" w14:paraId="384624F0" w14:textId="77777777" w:rsidTr="002F4972">
        <w:trPr>
          <w:cantSplit/>
          <w:jc w:val="center"/>
        </w:trPr>
        <w:tc>
          <w:tcPr>
            <w:tcW w:w="570" w:type="dxa"/>
            <w:vAlign w:val="center"/>
          </w:tcPr>
          <w:p w14:paraId="3C189678" w14:textId="5CDA5174" w:rsidR="002F4972" w:rsidRPr="009F2B66" w:rsidRDefault="002F4972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53" w:type="dxa"/>
            <w:vAlign w:val="center"/>
          </w:tcPr>
          <w:p w14:paraId="1651602C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E34503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0BDB5371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781CD73C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61" w:type="dxa"/>
            <w:vAlign w:val="center"/>
          </w:tcPr>
          <w:p w14:paraId="057A1A0D" w14:textId="77777777" w:rsidR="002F4972" w:rsidRPr="009F2B66" w:rsidRDefault="002F4972" w:rsidP="0002149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0755AF22" w14:textId="77777777" w:rsidR="00021495" w:rsidRDefault="00021495" w:rsidP="00021495">
      <w:pPr>
        <w:spacing w:after="0" w:line="360" w:lineRule="auto"/>
        <w:rPr>
          <w:b/>
          <w:sz w:val="24"/>
          <w:szCs w:val="24"/>
        </w:rPr>
      </w:pPr>
    </w:p>
    <w:p w14:paraId="793CF34A" w14:textId="77777777" w:rsidR="002F4972" w:rsidRPr="009F2B66" w:rsidRDefault="002F4972" w:rsidP="00021495">
      <w:pPr>
        <w:spacing w:after="0" w:line="360" w:lineRule="auto"/>
        <w:rPr>
          <w:b/>
          <w:sz w:val="24"/>
          <w:szCs w:val="24"/>
        </w:rPr>
      </w:pPr>
    </w:p>
    <w:p w14:paraId="1C9ADC1A" w14:textId="1BBEF1F9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lastRenderedPageBreak/>
        <w:t>6. RESEARCH, PUBLICATIONS AND PROFESSIONAL ACHIEVEMENTS</w:t>
      </w:r>
    </w:p>
    <w:p w14:paraId="7BFA8A03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6.1 Research publications / scholarly work:</w:t>
      </w:r>
    </w:p>
    <w:p w14:paraId="558D9A9C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347146E3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78B941BC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6.2 Research projects / grants:</w:t>
      </w:r>
    </w:p>
    <w:p w14:paraId="761BD03D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2410B99C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30AD5C7B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6.3 Professional achievements / awards / appreciations:</w:t>
      </w:r>
    </w:p>
    <w:p w14:paraId="05C1A71D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7134C180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0FF02DA9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6.4 Memberships of professional bodies / learned societies:</w:t>
      </w:r>
    </w:p>
    <w:p w14:paraId="0C145E13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0469C2CB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68628896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6.5 Other relevant achievements:</w:t>
      </w:r>
    </w:p>
    <w:p w14:paraId="271ECE17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63D51BE6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2A2D7D77" w14:textId="77777777" w:rsidR="00021495" w:rsidRPr="009F2B66" w:rsidRDefault="00021495" w:rsidP="00021495">
      <w:pPr>
        <w:spacing w:after="0" w:line="360" w:lineRule="auto"/>
        <w:rPr>
          <w:b/>
          <w:sz w:val="24"/>
          <w:szCs w:val="24"/>
        </w:rPr>
      </w:pPr>
    </w:p>
    <w:p w14:paraId="019C34B4" w14:textId="7D2C5E60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7. PREVIOUS EXPERIENCE AS DIRECTOR</w:t>
      </w:r>
    </w:p>
    <w:p w14:paraId="609E9150" w14:textId="004EC844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 xml:space="preserve">Have you previously held the post of Director </w:t>
      </w:r>
      <w:r w:rsidR="00021495" w:rsidRPr="009F2B66">
        <w:rPr>
          <w:sz w:val="24"/>
          <w:szCs w:val="24"/>
        </w:rPr>
        <w:t xml:space="preserve">in </w:t>
      </w:r>
      <w:r w:rsidR="002F4972">
        <w:rPr>
          <w:sz w:val="24"/>
          <w:szCs w:val="24"/>
        </w:rPr>
        <w:t>a</w:t>
      </w:r>
      <w:r w:rsidR="00021495" w:rsidRPr="009F2B66">
        <w:rPr>
          <w:sz w:val="24"/>
          <w:szCs w:val="24"/>
        </w:rPr>
        <w:t>ny Institute</w:t>
      </w:r>
      <w:r w:rsidRPr="009F2B66">
        <w:rPr>
          <w:sz w:val="24"/>
          <w:szCs w:val="24"/>
        </w:rPr>
        <w:t>?</w:t>
      </w:r>
      <w:r w:rsidRPr="009F2B66">
        <w:rPr>
          <w:b/>
          <w:sz w:val="24"/>
          <w:szCs w:val="24"/>
        </w:rPr>
        <w:t xml:space="preserve">    ☐ Yes     ☐ No</w:t>
      </w:r>
    </w:p>
    <w:p w14:paraId="3E39A58C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Name of Institute: _________________________________________________</w:t>
      </w:r>
    </w:p>
    <w:p w14:paraId="4490B7FD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 xml:space="preserve">Period of service: From ____________________ </w:t>
      </w:r>
      <w:proofErr w:type="gramStart"/>
      <w:r w:rsidRPr="009F2B66">
        <w:rPr>
          <w:sz w:val="24"/>
          <w:szCs w:val="24"/>
        </w:rPr>
        <w:t>To</w:t>
      </w:r>
      <w:proofErr w:type="gramEnd"/>
      <w:r w:rsidRPr="009F2B66">
        <w:rPr>
          <w:sz w:val="24"/>
          <w:szCs w:val="24"/>
        </w:rPr>
        <w:t xml:space="preserve"> ____________________</w:t>
      </w:r>
    </w:p>
    <w:p w14:paraId="7712D485" w14:textId="77777777" w:rsidR="00021495" w:rsidRPr="009F2B66" w:rsidRDefault="00021495" w:rsidP="00021495">
      <w:pPr>
        <w:spacing w:after="0" w:line="360" w:lineRule="auto"/>
        <w:rPr>
          <w:b/>
          <w:sz w:val="24"/>
          <w:szCs w:val="24"/>
        </w:rPr>
      </w:pPr>
    </w:p>
    <w:p w14:paraId="5600DB58" w14:textId="2E3309FC" w:rsidR="00607241" w:rsidRPr="009F2B66" w:rsidRDefault="00021495" w:rsidP="00021495">
      <w:pPr>
        <w:spacing w:after="0" w:line="360" w:lineRule="auto"/>
        <w:rPr>
          <w:sz w:val="24"/>
          <w:szCs w:val="24"/>
        </w:rPr>
      </w:pPr>
      <w:r w:rsidRPr="009F2B66">
        <w:rPr>
          <w:b/>
          <w:sz w:val="24"/>
          <w:szCs w:val="24"/>
        </w:rPr>
        <w:t>8</w:t>
      </w:r>
      <w:r w:rsidR="00000000" w:rsidRPr="009F2B66">
        <w:rPr>
          <w:b/>
          <w:sz w:val="24"/>
          <w:szCs w:val="24"/>
        </w:rPr>
        <w:t>. PROPOSED ACHIEVEMENTS AS DIRECTOR</w:t>
      </w:r>
    </w:p>
    <w:p w14:paraId="79EBACA9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Provide a brief account of what you propose to achieve if appointed as Director. Where applicable, include measurable objectives, priorities and expected outcomes.</w:t>
      </w:r>
    </w:p>
    <w:p w14:paraId="614BCC99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33F4F781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57C7D53F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284CB35F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218A030E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46A3E4C3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188BDAEB" w14:textId="77777777" w:rsidR="00607241" w:rsidRPr="009F2B66" w:rsidRDefault="00000000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t>________________________________________________________________________________</w:t>
      </w:r>
    </w:p>
    <w:p w14:paraId="6AC5DDE7" w14:textId="77777777" w:rsidR="00021495" w:rsidRPr="009F2B66" w:rsidRDefault="00021495" w:rsidP="00021495">
      <w:pPr>
        <w:spacing w:after="0" w:line="360" w:lineRule="auto"/>
        <w:rPr>
          <w:b/>
          <w:sz w:val="24"/>
          <w:szCs w:val="24"/>
        </w:rPr>
      </w:pPr>
    </w:p>
    <w:p w14:paraId="2A392CB3" w14:textId="286FF990" w:rsidR="00C57123" w:rsidRPr="009F2B66" w:rsidRDefault="00021495" w:rsidP="00021495">
      <w:pPr>
        <w:spacing w:after="0" w:line="360" w:lineRule="auto"/>
        <w:rPr>
          <w:b/>
          <w:sz w:val="24"/>
          <w:szCs w:val="24"/>
        </w:rPr>
      </w:pPr>
      <w:r w:rsidRPr="009F2B66">
        <w:rPr>
          <w:b/>
          <w:sz w:val="24"/>
          <w:szCs w:val="24"/>
        </w:rPr>
        <w:lastRenderedPageBreak/>
        <w:t>9</w:t>
      </w:r>
      <w:r w:rsidR="00000000" w:rsidRPr="009F2B66">
        <w:rPr>
          <w:b/>
          <w:sz w:val="24"/>
          <w:szCs w:val="24"/>
        </w:rPr>
        <w:t xml:space="preserve">. </w:t>
      </w:r>
      <w:r w:rsidR="00C57123" w:rsidRPr="009F2B66">
        <w:rPr>
          <w:b/>
          <w:sz w:val="24"/>
          <w:szCs w:val="24"/>
        </w:rPr>
        <w:t>DECLARATION OF THE APPLICANT</w:t>
      </w:r>
    </w:p>
    <w:p w14:paraId="1D83A4E4" w14:textId="441BF19F" w:rsidR="009F2B66" w:rsidRPr="009F2B66" w:rsidRDefault="009F2B66" w:rsidP="002F4972">
      <w:pPr>
        <w:pStyle w:val="TableParagraph"/>
        <w:tabs>
          <w:tab w:val="left" w:pos="5873"/>
        </w:tabs>
        <w:spacing w:line="360" w:lineRule="auto"/>
        <w:ind w:left="0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9F2B66">
        <w:rPr>
          <w:rFonts w:ascii="Times New Roman" w:eastAsia="Times New Roman" w:hAnsi="Times New Roman" w:cstheme="minorBidi"/>
          <w:sz w:val="24"/>
          <w:szCs w:val="24"/>
        </w:rPr>
        <w:t>I hereby declare that the information and documents submitted with this application are true and accurate to the best of my knowledge and belief, and that I am a citizen of Sri Lanka who satisfies the prescribed eligibility requirements for the post of Director, PIM.</w:t>
      </w:r>
      <w:r w:rsidR="002F4972">
        <w:rPr>
          <w:rFonts w:ascii="Times New Roman" w:eastAsia="Times New Roman" w:hAnsi="Times New Roman" w:cstheme="minorBidi"/>
          <w:sz w:val="24"/>
          <w:szCs w:val="24"/>
        </w:rPr>
        <w:t xml:space="preserve"> </w:t>
      </w:r>
      <w:r w:rsidRPr="009F2B66">
        <w:rPr>
          <w:rFonts w:ascii="Times New Roman" w:eastAsia="Times New Roman" w:hAnsi="Times New Roman" w:cstheme="minorBidi"/>
          <w:sz w:val="24"/>
          <w:szCs w:val="24"/>
        </w:rPr>
        <w:t>I agree to abide by the Universities Act No. 16 of 1978, PIM Ordinance No. 03 of 2018, applicable University/UGC rules and regulations, and UGC Commission Circular No. 01/2024. I understand that any false or inaccurate information, or an incomplete, late, or non-compliant application, may result in rejection of my application or dismissal from service, without compensation.</w:t>
      </w:r>
    </w:p>
    <w:p w14:paraId="2B20ADE0" w14:textId="77777777" w:rsidR="009F2B66" w:rsidRPr="009F2B66" w:rsidRDefault="009F2B66" w:rsidP="009F2B66">
      <w:pPr>
        <w:pStyle w:val="TableParagraph"/>
        <w:tabs>
          <w:tab w:val="left" w:pos="5873"/>
        </w:tabs>
        <w:spacing w:line="360" w:lineRule="auto"/>
        <w:ind w:left="458"/>
        <w:rPr>
          <w:rFonts w:ascii="Times New Roman" w:eastAsia="Times New Roman" w:hAnsi="Times New Roman" w:cstheme="minorBidi"/>
          <w:sz w:val="24"/>
          <w:szCs w:val="24"/>
        </w:rPr>
      </w:pPr>
    </w:p>
    <w:p w14:paraId="01702250" w14:textId="5E5983C3" w:rsidR="00021495" w:rsidRPr="009F2B66" w:rsidRDefault="00021495" w:rsidP="009F2B66">
      <w:pPr>
        <w:pStyle w:val="TableParagraph"/>
        <w:tabs>
          <w:tab w:val="left" w:pos="5873"/>
        </w:tabs>
        <w:spacing w:line="360" w:lineRule="auto"/>
        <w:ind w:left="458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9F2B66">
        <w:rPr>
          <w:rFonts w:ascii="Times New Roman" w:hAnsi="Times New Roman" w:cs="Times New Roman"/>
          <w:spacing w:val="-2"/>
          <w:sz w:val="24"/>
          <w:szCs w:val="24"/>
        </w:rPr>
        <w:t>Date:…</w:t>
      </w:r>
      <w:proofErr w:type="gramEnd"/>
      <w:r w:rsidRPr="009F2B66">
        <w:rPr>
          <w:rFonts w:ascii="Times New Roman" w:hAnsi="Times New Roman" w:cs="Times New Roman"/>
          <w:spacing w:val="-2"/>
          <w:sz w:val="24"/>
          <w:szCs w:val="24"/>
        </w:rPr>
        <w:t>…………………</w:t>
      </w:r>
      <w:r w:rsidRPr="009F2B66">
        <w:rPr>
          <w:rFonts w:ascii="Times New Roman" w:hAnsi="Times New Roman" w:cs="Times New Roman"/>
          <w:sz w:val="24"/>
          <w:szCs w:val="24"/>
        </w:rPr>
        <w:tab/>
      </w:r>
      <w:r w:rsidRPr="009F2B66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</w:t>
      </w:r>
    </w:p>
    <w:p w14:paraId="62A00887" w14:textId="74FF4E6A" w:rsidR="00021495" w:rsidRPr="009F2B66" w:rsidRDefault="00021495" w:rsidP="00021495">
      <w:pPr>
        <w:pStyle w:val="TableParagraph"/>
        <w:tabs>
          <w:tab w:val="left" w:pos="5873"/>
        </w:tabs>
        <w:spacing w:line="360" w:lineRule="auto"/>
        <w:ind w:left="458"/>
        <w:jc w:val="right"/>
        <w:rPr>
          <w:rFonts w:ascii="Times New Roman" w:hAnsi="Times New Roman" w:cs="Times New Roman"/>
          <w:sz w:val="24"/>
          <w:szCs w:val="24"/>
        </w:rPr>
      </w:pPr>
      <w:r w:rsidRPr="009F2B66">
        <w:rPr>
          <w:rFonts w:ascii="Times New Roman" w:hAnsi="Times New Roman" w:cs="Times New Roman"/>
          <w:spacing w:val="-2"/>
          <w:sz w:val="24"/>
          <w:szCs w:val="24"/>
        </w:rPr>
        <w:t>Signature</w:t>
      </w:r>
      <w:r w:rsidRPr="009F2B6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2B66">
        <w:rPr>
          <w:rFonts w:ascii="Times New Roman" w:hAnsi="Times New Roman" w:cs="Times New Roman"/>
          <w:spacing w:val="-2"/>
          <w:sz w:val="24"/>
          <w:szCs w:val="24"/>
        </w:rPr>
        <w:t>of</w:t>
      </w:r>
      <w:r w:rsidRPr="009F2B6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2B66">
        <w:rPr>
          <w:rFonts w:ascii="Times New Roman" w:hAnsi="Times New Roman" w:cs="Times New Roman"/>
          <w:spacing w:val="-2"/>
          <w:sz w:val="24"/>
          <w:szCs w:val="24"/>
        </w:rPr>
        <w:t>the</w:t>
      </w:r>
      <w:r w:rsidRPr="009F2B6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2B66">
        <w:rPr>
          <w:rFonts w:ascii="Times New Roman" w:hAnsi="Times New Roman" w:cs="Times New Roman"/>
          <w:spacing w:val="-2"/>
          <w:sz w:val="24"/>
          <w:szCs w:val="24"/>
        </w:rPr>
        <w:t>Applicant</w:t>
      </w:r>
    </w:p>
    <w:p w14:paraId="59BFBD26" w14:textId="77777777" w:rsidR="00021495" w:rsidRPr="009F2B66" w:rsidRDefault="00021495" w:rsidP="00021495">
      <w:pPr>
        <w:spacing w:after="0" w:line="360" w:lineRule="auto"/>
        <w:rPr>
          <w:b/>
          <w:sz w:val="24"/>
          <w:szCs w:val="24"/>
        </w:rPr>
      </w:pPr>
    </w:p>
    <w:p w14:paraId="3FDCBF89" w14:textId="43DEE9E5" w:rsidR="00021495" w:rsidRPr="009F2B66" w:rsidRDefault="00021495" w:rsidP="00021495">
      <w:pPr>
        <w:spacing w:after="0" w:line="360" w:lineRule="auto"/>
        <w:rPr>
          <w:rFonts w:cs="Times New Roman"/>
          <w:sz w:val="24"/>
          <w:szCs w:val="24"/>
          <w:lang w:val="en-GB"/>
        </w:rPr>
      </w:pPr>
      <w:r w:rsidRPr="009F2B66">
        <w:rPr>
          <w:b/>
          <w:sz w:val="24"/>
          <w:szCs w:val="24"/>
        </w:rPr>
        <w:t>10. RECOMMENDATION OF THE EMPLOYER / HEAD OF THE DEPARTMENT</w:t>
      </w:r>
    </w:p>
    <w:p w14:paraId="341027E1" w14:textId="77777777" w:rsidR="00021495" w:rsidRPr="009F2B66" w:rsidRDefault="00021495" w:rsidP="006D19E3">
      <w:pPr>
        <w:pStyle w:val="TableParagraph"/>
        <w:spacing w:line="360" w:lineRule="auto"/>
        <w:ind w:left="0" w:right="8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F2B66">
        <w:rPr>
          <w:rFonts w:ascii="Times New Roman" w:hAnsi="Times New Roman" w:cs="Times New Roman"/>
          <w:sz w:val="24"/>
          <w:szCs w:val="24"/>
          <w:lang w:val="en-GB"/>
        </w:rPr>
        <w:t xml:space="preserve">If the applicant is selected for the applied </w:t>
      </w:r>
      <w:proofErr w:type="gramStart"/>
      <w:r w:rsidRPr="009F2B66">
        <w:rPr>
          <w:rFonts w:ascii="Times New Roman" w:hAnsi="Times New Roman" w:cs="Times New Roman"/>
          <w:sz w:val="24"/>
          <w:szCs w:val="24"/>
          <w:lang w:val="en-GB"/>
        </w:rPr>
        <w:t>post</w:t>
      </w:r>
      <w:proofErr w:type="gramEnd"/>
      <w:r w:rsidRPr="009F2B66">
        <w:rPr>
          <w:rFonts w:ascii="Times New Roman" w:hAnsi="Times New Roman" w:cs="Times New Roman"/>
          <w:sz w:val="24"/>
          <w:szCs w:val="24"/>
          <w:lang w:val="en-GB"/>
        </w:rPr>
        <w:t xml:space="preserve"> he/she can be released from the service of this Division/Department.</w:t>
      </w:r>
    </w:p>
    <w:p w14:paraId="507850F8" w14:textId="77777777" w:rsidR="00021495" w:rsidRPr="009F2B66" w:rsidRDefault="00021495" w:rsidP="00021495">
      <w:pPr>
        <w:pStyle w:val="TableParagraph"/>
        <w:spacing w:line="360" w:lineRule="auto"/>
        <w:ind w:left="122" w:right="8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F2B66">
        <w:rPr>
          <w:rFonts w:ascii="Times New Roman" w:hAnsi="Times New Roman" w:cs="Times New Roman"/>
          <w:sz w:val="24"/>
          <w:szCs w:val="24"/>
          <w:lang w:val="en-GB"/>
        </w:rPr>
        <w:t>………………………</w:t>
      </w:r>
      <w:r w:rsidRPr="009F2B66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                                                           ……………………………</w:t>
      </w:r>
    </w:p>
    <w:p w14:paraId="0C0E291B" w14:textId="4480CD6D" w:rsidR="005F3906" w:rsidRDefault="00021495" w:rsidP="00021495">
      <w:pPr>
        <w:pStyle w:val="TableParagraph"/>
        <w:spacing w:line="360" w:lineRule="auto"/>
        <w:ind w:left="122" w:right="8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F2B66">
        <w:rPr>
          <w:rFonts w:ascii="Times New Roman" w:hAnsi="Times New Roman" w:cs="Times New Roman"/>
          <w:sz w:val="24"/>
          <w:szCs w:val="24"/>
          <w:lang w:val="en-GB"/>
        </w:rPr>
        <w:t>Date</w:t>
      </w:r>
      <w:r w:rsidRPr="009F2B66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                                                                  </w:t>
      </w:r>
      <w:r w:rsidR="005F3906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9F2B66">
        <w:rPr>
          <w:rFonts w:ascii="Times New Roman" w:hAnsi="Times New Roman" w:cs="Times New Roman"/>
          <w:sz w:val="24"/>
          <w:szCs w:val="24"/>
          <w:lang w:val="en-GB"/>
        </w:rPr>
        <w:t xml:space="preserve">Signature of the Head of the Department </w:t>
      </w:r>
    </w:p>
    <w:p w14:paraId="3A8A8735" w14:textId="1F43E991" w:rsidR="005F3906" w:rsidRDefault="005F3906" w:rsidP="005F3906">
      <w:pPr>
        <w:pStyle w:val="TableParagraph"/>
        <w:spacing w:line="360" w:lineRule="auto"/>
        <w:ind w:right="8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2C72D09" w14:textId="3D3A1C82" w:rsidR="00021495" w:rsidRPr="009F2B66" w:rsidRDefault="005F3906" w:rsidP="005F3906">
      <w:pPr>
        <w:pStyle w:val="TableParagraph"/>
        <w:spacing w:line="360" w:lineRule="auto"/>
        <w:ind w:right="89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021495" w:rsidRPr="009F2B66">
        <w:rPr>
          <w:rFonts w:ascii="Times New Roman" w:hAnsi="Times New Roman" w:cs="Times New Roman"/>
          <w:sz w:val="24"/>
          <w:szCs w:val="24"/>
          <w:lang w:val="en-GB"/>
        </w:rPr>
        <w:t xml:space="preserve">fficial </w:t>
      </w:r>
      <w:proofErr w:type="gramStart"/>
      <w:r w:rsidR="00021495" w:rsidRPr="009F2B66">
        <w:rPr>
          <w:rFonts w:ascii="Times New Roman" w:hAnsi="Times New Roman" w:cs="Times New Roman"/>
          <w:sz w:val="24"/>
          <w:szCs w:val="24"/>
          <w:lang w:val="en-GB"/>
        </w:rPr>
        <w:t>Seal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71EA90" w14:textId="16B7AC02" w:rsidR="00021495" w:rsidRPr="009F2B66" w:rsidRDefault="00021495" w:rsidP="00021495">
      <w:pPr>
        <w:spacing w:after="0" w:line="360" w:lineRule="auto"/>
        <w:rPr>
          <w:sz w:val="24"/>
          <w:szCs w:val="24"/>
        </w:rPr>
      </w:pPr>
      <w:r w:rsidRPr="009F2B66">
        <w:rPr>
          <w:sz w:val="24"/>
          <w:szCs w:val="24"/>
        </w:rPr>
        <w:br w:type="page"/>
      </w:r>
    </w:p>
    <w:p w14:paraId="2A1D21A8" w14:textId="77777777" w:rsidR="00021495" w:rsidRPr="009F2B66" w:rsidRDefault="00021495" w:rsidP="00021495">
      <w:pPr>
        <w:spacing w:after="0" w:line="360" w:lineRule="auto"/>
        <w:rPr>
          <w:sz w:val="24"/>
          <w:szCs w:val="24"/>
        </w:rPr>
      </w:pPr>
    </w:p>
    <w:p w14:paraId="62874826" w14:textId="62C491E0" w:rsidR="00607241" w:rsidRDefault="00000000" w:rsidP="00021495">
      <w:pPr>
        <w:spacing w:after="0" w:line="360" w:lineRule="auto"/>
        <w:rPr>
          <w:b/>
          <w:sz w:val="24"/>
          <w:szCs w:val="24"/>
        </w:rPr>
      </w:pPr>
      <w:r w:rsidRPr="009F2B66">
        <w:rPr>
          <w:b/>
          <w:sz w:val="24"/>
          <w:szCs w:val="24"/>
        </w:rPr>
        <w:t>DOCUMENT CHECKLIST</w:t>
      </w:r>
    </w:p>
    <w:p w14:paraId="1304366F" w14:textId="77777777" w:rsidR="006D19E3" w:rsidRPr="009F2B66" w:rsidRDefault="006D19E3" w:rsidP="00021495">
      <w:pPr>
        <w:spacing w:after="0" w:line="360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7349"/>
        <w:gridCol w:w="1150"/>
        <w:gridCol w:w="1119"/>
      </w:tblGrid>
      <w:tr w:rsidR="00021495" w:rsidRPr="009F2B66" w14:paraId="34AB9EE5" w14:textId="031D983E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7AE7CEB1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7420" w:type="dxa"/>
            <w:vAlign w:val="center"/>
          </w:tcPr>
          <w:p w14:paraId="29F143EE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Document</w:t>
            </w:r>
          </w:p>
        </w:tc>
        <w:tc>
          <w:tcPr>
            <w:tcW w:w="1133" w:type="dxa"/>
            <w:vAlign w:val="center"/>
          </w:tcPr>
          <w:p w14:paraId="27C7BD08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Attached (✓)</w:t>
            </w:r>
          </w:p>
        </w:tc>
        <w:tc>
          <w:tcPr>
            <w:tcW w:w="1124" w:type="dxa"/>
          </w:tcPr>
          <w:p w14:paraId="21663939" w14:textId="11B62852" w:rsidR="00021495" w:rsidRPr="009F2B66" w:rsidRDefault="00021495" w:rsidP="0002149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9F2B66">
              <w:rPr>
                <w:b/>
                <w:sz w:val="24"/>
                <w:szCs w:val="24"/>
              </w:rPr>
              <w:t>Page No</w:t>
            </w:r>
          </w:p>
        </w:tc>
      </w:tr>
      <w:tr w:rsidR="00021495" w:rsidRPr="009F2B66" w14:paraId="5062F116" w14:textId="69AE0A1C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36FB7981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1</w:t>
            </w:r>
          </w:p>
        </w:tc>
        <w:tc>
          <w:tcPr>
            <w:tcW w:w="7420" w:type="dxa"/>
            <w:vAlign w:val="center"/>
          </w:tcPr>
          <w:p w14:paraId="68711A2F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Completed Application Form</w:t>
            </w:r>
          </w:p>
        </w:tc>
        <w:tc>
          <w:tcPr>
            <w:tcW w:w="1133" w:type="dxa"/>
            <w:vAlign w:val="center"/>
          </w:tcPr>
          <w:p w14:paraId="5606727C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54C6D32D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391A7135" w14:textId="6AA03A9D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7EC7C45C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2</w:t>
            </w:r>
          </w:p>
        </w:tc>
        <w:tc>
          <w:tcPr>
            <w:tcW w:w="7420" w:type="dxa"/>
            <w:vAlign w:val="center"/>
          </w:tcPr>
          <w:p w14:paraId="50C508CA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Statement of Vision for the development of PIM</w:t>
            </w:r>
          </w:p>
        </w:tc>
        <w:tc>
          <w:tcPr>
            <w:tcW w:w="1133" w:type="dxa"/>
            <w:vAlign w:val="center"/>
          </w:tcPr>
          <w:p w14:paraId="31EF0187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1FF58E00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0455A3E3" w14:textId="2A555E3C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4675DDF0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3</w:t>
            </w:r>
          </w:p>
        </w:tc>
        <w:tc>
          <w:tcPr>
            <w:tcW w:w="7420" w:type="dxa"/>
            <w:vAlign w:val="center"/>
          </w:tcPr>
          <w:p w14:paraId="32D0184E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Brief account of proposed achievements as Director</w:t>
            </w:r>
          </w:p>
        </w:tc>
        <w:tc>
          <w:tcPr>
            <w:tcW w:w="1133" w:type="dxa"/>
            <w:vAlign w:val="center"/>
          </w:tcPr>
          <w:p w14:paraId="74413330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280CDB2C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48A99FC8" w14:textId="1040E361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647D0139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4</w:t>
            </w:r>
          </w:p>
        </w:tc>
        <w:tc>
          <w:tcPr>
            <w:tcW w:w="7420" w:type="dxa"/>
            <w:vAlign w:val="center"/>
          </w:tcPr>
          <w:p w14:paraId="2AA4C5AB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Report on accomplishments during previous period of office, where applicable</w:t>
            </w:r>
          </w:p>
        </w:tc>
        <w:tc>
          <w:tcPr>
            <w:tcW w:w="1133" w:type="dxa"/>
            <w:vAlign w:val="center"/>
          </w:tcPr>
          <w:p w14:paraId="0E40026C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245FC327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425CF76A" w14:textId="08CE6A84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2E639E7D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5</w:t>
            </w:r>
          </w:p>
        </w:tc>
        <w:tc>
          <w:tcPr>
            <w:tcW w:w="7420" w:type="dxa"/>
            <w:vAlign w:val="center"/>
          </w:tcPr>
          <w:p w14:paraId="3EC3EB4A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Complete Curriculum Vitae including date of birth</w:t>
            </w:r>
          </w:p>
        </w:tc>
        <w:tc>
          <w:tcPr>
            <w:tcW w:w="1133" w:type="dxa"/>
            <w:vAlign w:val="center"/>
          </w:tcPr>
          <w:p w14:paraId="7D265377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71D8F808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2916B099" w14:textId="2BB03FF2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038C68AA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6</w:t>
            </w:r>
          </w:p>
        </w:tc>
        <w:tc>
          <w:tcPr>
            <w:tcW w:w="7420" w:type="dxa"/>
            <w:vAlign w:val="center"/>
          </w:tcPr>
          <w:p w14:paraId="3C97FC5A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Certified copy of Birth Certificate</w:t>
            </w:r>
          </w:p>
        </w:tc>
        <w:tc>
          <w:tcPr>
            <w:tcW w:w="1133" w:type="dxa"/>
            <w:vAlign w:val="center"/>
          </w:tcPr>
          <w:p w14:paraId="2DB8E42F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2391F644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72CA09C7" w14:textId="31A14FE4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6681A908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7</w:t>
            </w:r>
          </w:p>
        </w:tc>
        <w:tc>
          <w:tcPr>
            <w:tcW w:w="7420" w:type="dxa"/>
            <w:vAlign w:val="center"/>
          </w:tcPr>
          <w:p w14:paraId="173E94BD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Certified copies of academic qualifications</w:t>
            </w:r>
          </w:p>
        </w:tc>
        <w:tc>
          <w:tcPr>
            <w:tcW w:w="1133" w:type="dxa"/>
            <w:vAlign w:val="center"/>
          </w:tcPr>
          <w:p w14:paraId="56DCE1AA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1482B8B8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6EB345EB" w14:textId="75F52AFB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4BE5FB06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8</w:t>
            </w:r>
          </w:p>
        </w:tc>
        <w:tc>
          <w:tcPr>
            <w:tcW w:w="7420" w:type="dxa"/>
            <w:vAlign w:val="center"/>
          </w:tcPr>
          <w:p w14:paraId="50DBE607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Certified copies of professional qualifications, where applicable</w:t>
            </w:r>
          </w:p>
        </w:tc>
        <w:tc>
          <w:tcPr>
            <w:tcW w:w="1133" w:type="dxa"/>
            <w:vAlign w:val="center"/>
          </w:tcPr>
          <w:p w14:paraId="1F147402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597ECB9B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3B633D12" w14:textId="7055CCDA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6E8E365D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9</w:t>
            </w:r>
          </w:p>
        </w:tc>
        <w:tc>
          <w:tcPr>
            <w:tcW w:w="7420" w:type="dxa"/>
            <w:vAlign w:val="center"/>
          </w:tcPr>
          <w:p w14:paraId="60C88080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Documentary evidence of leadership / administrative experience</w:t>
            </w:r>
          </w:p>
        </w:tc>
        <w:tc>
          <w:tcPr>
            <w:tcW w:w="1133" w:type="dxa"/>
            <w:vAlign w:val="center"/>
          </w:tcPr>
          <w:p w14:paraId="06F68BF0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26A0B557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31069D0F" w14:textId="7E59A50A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692AAEEF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10</w:t>
            </w:r>
          </w:p>
        </w:tc>
        <w:tc>
          <w:tcPr>
            <w:tcW w:w="7420" w:type="dxa"/>
            <w:vAlign w:val="center"/>
          </w:tcPr>
          <w:p w14:paraId="2585E709" w14:textId="77777777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Documentary evidence of research publications / professional achievements / appreciations, where applicable</w:t>
            </w:r>
          </w:p>
        </w:tc>
        <w:tc>
          <w:tcPr>
            <w:tcW w:w="1133" w:type="dxa"/>
            <w:vAlign w:val="center"/>
          </w:tcPr>
          <w:p w14:paraId="1CFD0070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501D7A0D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021495" w:rsidRPr="009F2B66" w14:paraId="43CA5C16" w14:textId="6180FC80" w:rsidTr="006D19E3">
        <w:trPr>
          <w:cantSplit/>
          <w:jc w:val="center"/>
        </w:trPr>
        <w:tc>
          <w:tcPr>
            <w:tcW w:w="511" w:type="dxa"/>
            <w:vAlign w:val="center"/>
          </w:tcPr>
          <w:p w14:paraId="39747BD1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12</w:t>
            </w:r>
          </w:p>
        </w:tc>
        <w:tc>
          <w:tcPr>
            <w:tcW w:w="7420" w:type="dxa"/>
            <w:vAlign w:val="center"/>
          </w:tcPr>
          <w:p w14:paraId="44BECC27" w14:textId="4EFB7519" w:rsidR="00021495" w:rsidRPr="009F2B66" w:rsidRDefault="00021495" w:rsidP="00021495">
            <w:pPr>
              <w:spacing w:line="360" w:lineRule="auto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Other supporting documents (If any)</w:t>
            </w:r>
          </w:p>
        </w:tc>
        <w:tc>
          <w:tcPr>
            <w:tcW w:w="1133" w:type="dxa"/>
            <w:vAlign w:val="center"/>
          </w:tcPr>
          <w:p w14:paraId="66AADC17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F2B66">
              <w:rPr>
                <w:sz w:val="24"/>
                <w:szCs w:val="24"/>
              </w:rPr>
              <w:t>☐</w:t>
            </w:r>
          </w:p>
        </w:tc>
        <w:tc>
          <w:tcPr>
            <w:tcW w:w="1124" w:type="dxa"/>
          </w:tcPr>
          <w:p w14:paraId="2C63A234" w14:textId="77777777" w:rsidR="00021495" w:rsidRPr="009F2B66" w:rsidRDefault="00021495" w:rsidP="000214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4B856661" w14:textId="77777777" w:rsidR="001A0AF9" w:rsidRPr="009F2B66" w:rsidRDefault="001A0AF9" w:rsidP="00021495">
      <w:pPr>
        <w:spacing w:after="0" w:line="360" w:lineRule="auto"/>
        <w:rPr>
          <w:sz w:val="24"/>
          <w:szCs w:val="24"/>
        </w:rPr>
      </w:pPr>
    </w:p>
    <w:sectPr w:rsidR="001A0AF9" w:rsidRPr="009F2B66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EF51" w14:textId="77777777" w:rsidR="001A0AF9" w:rsidRDefault="001A0AF9">
      <w:pPr>
        <w:spacing w:after="0" w:line="240" w:lineRule="auto"/>
      </w:pPr>
      <w:r>
        <w:separator/>
      </w:r>
    </w:p>
  </w:endnote>
  <w:endnote w:type="continuationSeparator" w:id="0">
    <w:p w14:paraId="2CF8406B" w14:textId="77777777" w:rsidR="001A0AF9" w:rsidRDefault="001A0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E8B7E" w14:textId="77777777" w:rsidR="00607241" w:rsidRDefault="00000000">
    <w:pPr>
      <w:pStyle w:val="Footer"/>
      <w:jc w:val="center"/>
    </w:pPr>
    <w:r>
      <w:rPr>
        <w:sz w:val="16"/>
      </w:rPr>
      <w:t>Postgraduate Institute of Management | Application for the Post of Director |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EB11F" w14:textId="77777777" w:rsidR="001A0AF9" w:rsidRDefault="001A0AF9">
      <w:pPr>
        <w:spacing w:after="0" w:line="240" w:lineRule="auto"/>
      </w:pPr>
      <w:r>
        <w:separator/>
      </w:r>
    </w:p>
  </w:footnote>
  <w:footnote w:type="continuationSeparator" w:id="0">
    <w:p w14:paraId="17CEB2FE" w14:textId="77777777" w:rsidR="001A0AF9" w:rsidRDefault="001A0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5088660">
    <w:abstractNumId w:val="8"/>
  </w:num>
  <w:num w:numId="2" w16cid:durableId="1581520969">
    <w:abstractNumId w:val="6"/>
  </w:num>
  <w:num w:numId="3" w16cid:durableId="792482441">
    <w:abstractNumId w:val="5"/>
  </w:num>
  <w:num w:numId="4" w16cid:durableId="1044938573">
    <w:abstractNumId w:val="4"/>
  </w:num>
  <w:num w:numId="5" w16cid:durableId="887305895">
    <w:abstractNumId w:val="7"/>
  </w:num>
  <w:num w:numId="6" w16cid:durableId="850417180">
    <w:abstractNumId w:val="3"/>
  </w:num>
  <w:num w:numId="7" w16cid:durableId="440533827">
    <w:abstractNumId w:val="2"/>
  </w:num>
  <w:num w:numId="8" w16cid:durableId="858350036">
    <w:abstractNumId w:val="1"/>
  </w:num>
  <w:num w:numId="9" w16cid:durableId="50155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495"/>
    <w:rsid w:val="00034616"/>
    <w:rsid w:val="0006063C"/>
    <w:rsid w:val="0011777B"/>
    <w:rsid w:val="0015074B"/>
    <w:rsid w:val="001A0AF9"/>
    <w:rsid w:val="0029639D"/>
    <w:rsid w:val="002F4972"/>
    <w:rsid w:val="00326F90"/>
    <w:rsid w:val="005F3906"/>
    <w:rsid w:val="005F4252"/>
    <w:rsid w:val="00607241"/>
    <w:rsid w:val="006D19E3"/>
    <w:rsid w:val="00826BE2"/>
    <w:rsid w:val="009913CE"/>
    <w:rsid w:val="009F2B66"/>
    <w:rsid w:val="00AA1D8D"/>
    <w:rsid w:val="00B47730"/>
    <w:rsid w:val="00C5712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4E7658"/>
  <w14:defaultImageDpi w14:val="300"/>
  <w15:docId w15:val="{7610CB83-8450-4DB6-9886-E59B3CA2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C57123"/>
    <w:pPr>
      <w:widowControl w:val="0"/>
      <w:autoSpaceDE w:val="0"/>
      <w:autoSpaceDN w:val="0"/>
      <w:spacing w:after="0" w:line="240" w:lineRule="auto"/>
      <w:ind w:left="858"/>
    </w:pPr>
    <w:rPr>
      <w:rFonts w:ascii="Comic Sans MS" w:eastAsia="Comic Sans MS" w:hAnsi="Comic Sans MS" w:cs="Comic Sans M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kalpana</cp:lastModifiedBy>
  <cp:revision>8</cp:revision>
  <dcterms:created xsi:type="dcterms:W3CDTF">2013-12-23T23:15:00Z</dcterms:created>
  <dcterms:modified xsi:type="dcterms:W3CDTF">2026-10-08T03:11:00Z</dcterms:modified>
  <cp:category/>
</cp:coreProperties>
</file>